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/>
          <w:left w:val="nil" w:sz="0" w:color="FFFFFF"/>
          <w:bottom w:val="nil" w:sz="0" w:color="FFFFFF"/>
          <w:right w:val="nil" w:sz="0" w:color="FFFFFF"/>
          <w:insideH w:val="nil" w:sz="0" w:color="FFFFFF"/>
          <w:insideV w:val="nil" w:sz="0" w:color="FFFFFF"/>
        </w:tblBorders>
      </w:tblPr>
      <w:tblGrid>
        <w:gridCol w:w="8220"/>
        <w:gridCol w:w="1701"/>
      </w:tblGrid>
      <w:tr>
        <w:tc>
          <w:tcPr>
            <w:tcW w:type="dxa" w:w="5270"/>
            <w:tcMar>
              <w:top w:w="40" w:type="dxa"/>
              <w:start w:w="0" w:type="dxa"/>
              <w:bottom w:w="40" w:type="dxa"/>
              <w:end w:w="80" w:type="dxa"/>
            </w:tcMar>
            <w:vAlign w:val="center"/>
          </w:tcPr>
          <w:p>
            <w:pPr>
              <w:pStyle w:val="CVName"/>
              <w:spacing w:line="240" w:lineRule="auto" w:after="20"/>
              <w:jc w:val="left"/>
            </w:pPr>
            <w:r>
              <w:rPr>
                <w:rFonts w:ascii="Times New Roman" w:hAnsi="Times New Roman" w:eastAsia="Times New Roman"/>
                <w:b/>
                <w:color w:val="17324D"/>
                <w:sz w:val="46"/>
              </w:rPr>
              <w:t>HAYITMUROD MAMATOV</w:t>
            </w:r>
          </w:p>
          <w:p>
            <w:pPr>
              <w:pStyle w:val="CVRole"/>
              <w:spacing w:line="240" w:lineRule="auto" w:after="40"/>
            </w:pPr>
            <w:r>
              <w:rPr>
                <w:rFonts w:ascii="Times New Roman" w:hAnsi="Times New Roman" w:eastAsia="Times New Roman"/>
                <w:b w:val="0"/>
                <w:color w:val="56636B"/>
                <w:sz w:val="23"/>
              </w:rPr>
              <w:t>Axborot tizimlari va texnologiyalari | 4-kurs</w:t>
            </w:r>
          </w:p>
          <w:p>
            <w:pPr>
              <w:pStyle w:val="CVSmall"/>
              <w:spacing w:line="240" w:lineRule="auto" w:after="20"/>
            </w:pPr>
            <w:r>
              <w:rPr>
                <w:rFonts w:ascii="Times New Roman" w:hAnsi="Times New Roman" w:eastAsia="Times New Roman"/>
                <w:b w:val="0"/>
                <w:color w:val="263238"/>
                <w:sz w:val="20"/>
              </w:rPr>
              <w:t>+998 93 583 81 84  |  hayitmurodmamatov777@gmail.com</w:t>
            </w:r>
          </w:p>
          <w:p>
            <w:pPr>
              <w:pStyle w:val="CVSmall"/>
              <w:spacing w:line="240" w:lineRule="auto" w:after="20"/>
            </w:pPr>
            <w:r>
              <w:rPr>
                <w:rFonts w:ascii="Times New Roman" w:hAnsi="Times New Roman" w:eastAsia="Times New Roman"/>
                <w:b w:val="0"/>
                <w:color w:val="263238"/>
                <w:sz w:val="20"/>
              </w:rPr>
              <w:t>Telegram: @Mamatov_1116  |  Buxoro, O‘zbekiston  |  Tug‘ilgan yil: 2004</w:t>
            </w:r>
          </w:p>
        </w:tc>
        <w:tc>
          <w:tcPr>
            <w:tcW w:type="dxa" w:w="5270"/>
            <w:tcMar>
              <w:top w:w="0" w:type="dxa"/>
              <w:start w:w="80" w:type="dxa"/>
              <w:bottom w:w="0" w:type="dxa"/>
              <w:end w:w="0" w:type="dxa"/>
            </w:tcMar>
            <w:vAlign w:val="center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954000" cy="124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3x4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" cy="124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20" w:after="60" w:line="259" w:lineRule="auto"/>
        <w:pBdr>
          <w:bottom w:val="single" w:sz="14" w:space="1" w:color="2F6F9F"/>
        </w:pBdr>
      </w:pPr>
    </w:p>
    <w:p>
      <w:pPr>
        <w:pStyle w:val="CVSection"/>
        <w:keepNext/>
        <w:pBdr>
          <w:bottom w:val="single" w:sz="8" w:space="2" w:color="2F6F9F"/>
        </w:pBdr>
        <w:spacing w:line="259" w:lineRule="auto" w:before="140" w:after="60"/>
      </w:pPr>
      <w:r>
        <w:rPr>
          <w:rFonts w:ascii="Times New Roman" w:hAnsi="Times New Roman" w:eastAsia="Times New Roman"/>
          <w:b/>
          <w:color w:val="17324D"/>
          <w:sz w:val="27"/>
        </w:rPr>
        <w:t>QISQACHA PROFIL</w:t>
      </w:r>
    </w:p>
    <w:p>
      <w:pPr>
        <w:spacing w:after="60" w:line="259" w:lineRule="auto"/>
      </w:pPr>
      <w:r>
        <w:rPr>
          <w:rFonts w:ascii="Times New Roman" w:hAnsi="Times New Roman" w:eastAsia="Times New Roman"/>
          <w:b w:val="0"/>
          <w:color w:val="263238"/>
          <w:sz w:val="22"/>
        </w:rPr>
        <w:t>IT va amaliy texnologiyalarga qiziqadigan 4-kurs talabasi. Python, Telegram botlar, web texnologiyalari va Linux serverlar bilan amaliy ishlaganman. Yangi vazifalarni tez o‘rganish, muammoni aniqlash va ishlaydigan yechim topishga intilaman.</w:t>
      </w:r>
    </w:p>
    <w:p>
      <w:pPr>
        <w:pStyle w:val="CVSection"/>
        <w:keepNext/>
        <w:pBdr>
          <w:bottom w:val="single" w:sz="8" w:space="2" w:color="2F6F9F"/>
        </w:pBdr>
        <w:spacing w:line="259" w:lineRule="auto" w:before="140" w:after="60"/>
      </w:pPr>
      <w:r>
        <w:rPr>
          <w:rFonts w:ascii="Times New Roman" w:hAnsi="Times New Roman" w:eastAsia="Times New Roman"/>
          <w:b/>
          <w:color w:val="17324D"/>
          <w:sz w:val="27"/>
        </w:rPr>
        <w:t>TA’LIM</w:t>
      </w:r>
    </w:p>
    <w:p>
      <w:pPr>
        <w:spacing w:after="20" w:line="259" w:lineRule="auto"/>
      </w:pPr>
      <w:r>
        <w:rPr>
          <w:rFonts w:ascii="Times New Roman" w:hAnsi="Times New Roman" w:eastAsia="Times New Roman"/>
          <w:b/>
          <w:color w:val="263238"/>
          <w:sz w:val="24"/>
        </w:rPr>
        <w:t>Buxoro Davlat Texnika Universiteti</w:t>
      </w:r>
    </w:p>
    <w:p>
      <w:pPr>
        <w:spacing w:after="60" w:line="259" w:lineRule="auto"/>
      </w:pPr>
      <w:r>
        <w:rPr>
          <w:rFonts w:ascii="Times New Roman" w:hAnsi="Times New Roman" w:eastAsia="Times New Roman"/>
          <w:b w:val="0"/>
          <w:color w:val="56636B"/>
          <w:sz w:val="22"/>
        </w:rPr>
        <w:t>Axborot tizimlari va texnologiyalari — 4-kurs</w:t>
      </w:r>
    </w:p>
    <w:p>
      <w:pPr>
        <w:pStyle w:val="CVSection"/>
        <w:keepNext/>
        <w:pBdr>
          <w:bottom w:val="single" w:sz="8" w:space="2" w:color="2F6F9F"/>
        </w:pBdr>
        <w:spacing w:line="259" w:lineRule="auto" w:before="140" w:after="60"/>
      </w:pPr>
      <w:r>
        <w:rPr>
          <w:rFonts w:ascii="Times New Roman" w:hAnsi="Times New Roman" w:eastAsia="Times New Roman"/>
          <w:b/>
          <w:color w:val="17324D"/>
          <w:sz w:val="27"/>
        </w:rPr>
        <w:t>AMALIY LOYIHALAR</w:t>
      </w:r>
    </w:p>
    <w:p>
      <w:pPr>
        <w:spacing w:after="40" w:line="259" w:lineRule="auto" w:before="40"/>
      </w:pPr>
      <w:r>
        <w:rPr>
          <w:rFonts w:ascii="Times New Roman" w:hAnsi="Times New Roman" w:eastAsia="Times New Roman"/>
          <w:b/>
          <w:color w:val="263238"/>
          <w:sz w:val="23"/>
        </w:rPr>
        <w:t>Telegram Quiz Bot</w:t>
      </w:r>
      <w:r>
        <w:rPr>
          <w:rFonts w:ascii="Times New Roman" w:hAnsi="Times New Roman" w:eastAsia="Times New Roman"/>
          <w:b w:val="0"/>
          <w:color w:val="2F6F9F"/>
          <w:sz w:val="21"/>
        </w:rPr>
        <w:t xml:space="preserve">  —  Python, aiogram 3.x</w:t>
      </w:r>
    </w:p>
    <w:p>
      <w:pPr>
        <w:spacing w:after="60" w:line="259" w:lineRule="auto"/>
        <w:ind w:left="198" w:hanging="113"/>
      </w:pPr>
      <w:r>
        <w:rPr>
          <w:rFonts w:ascii="Times New Roman" w:hAnsi="Times New Roman" w:eastAsia="Times New Roman"/>
          <w:b w:val="0"/>
          <w:color w:val="2F6F9F"/>
          <w:sz w:val="22"/>
        </w:rPr>
        <w:t xml:space="preserve">• </w:t>
      </w:r>
      <w:r>
        <w:rPr>
          <w:rFonts w:ascii="Times New Roman" w:hAnsi="Times New Roman" w:eastAsia="Times New Roman"/>
          <w:b w:val="0"/>
          <w:color w:val="263238"/>
          <w:sz w:val="22"/>
        </w:rPr>
        <w:t>PDF/DOCX/DOC fayllaridan test savollarini ajratish va Telegram quiz/poll formatiga moslashtirish ustida ishlaganman.</w:t>
      </w:r>
    </w:p>
    <w:p>
      <w:pPr>
        <w:spacing w:after="60" w:line="259" w:lineRule="auto"/>
        <w:ind w:left="198" w:hanging="113"/>
      </w:pPr>
      <w:r>
        <w:rPr>
          <w:rFonts w:ascii="Times New Roman" w:hAnsi="Times New Roman" w:eastAsia="Times New Roman"/>
          <w:b w:val="0"/>
          <w:color w:val="2F6F9F"/>
          <w:sz w:val="22"/>
        </w:rPr>
        <w:t xml:space="preserve">• </w:t>
      </w:r>
      <w:r>
        <w:rPr>
          <w:rFonts w:ascii="Times New Roman" w:hAnsi="Times New Roman" w:eastAsia="Times New Roman"/>
          <w:b w:val="0"/>
          <w:color w:val="263238"/>
          <w:sz w:val="22"/>
        </w:rPr>
        <w:t>Savol va javob variantlarini tozalash, turli formatlarni qayta ishlash, admin panel va statistika funksiyalarini rejalashtirganman.</w:t>
      </w:r>
    </w:p>
    <w:p>
      <w:pPr>
        <w:spacing w:before="40" w:after="40" w:line="259" w:lineRule="auto"/>
      </w:pPr>
      <w:r>
        <w:rPr>
          <w:rFonts w:ascii="Times New Roman" w:hAnsi="Times New Roman" w:eastAsia="Times New Roman"/>
          <w:b/>
          <w:color w:val="263238"/>
          <w:sz w:val="23"/>
        </w:rPr>
        <w:t>Server va deployment amaliyoti</w:t>
      </w:r>
      <w:r>
        <w:rPr>
          <w:rFonts w:ascii="Times New Roman" w:hAnsi="Times New Roman" w:eastAsia="Times New Roman"/>
          <w:b w:val="0"/>
          <w:color w:val="2F6F9F"/>
          <w:sz w:val="21"/>
        </w:rPr>
        <w:t xml:space="preserve">  —  Ubuntu, SSH, Git, Docker Compose, Oracle Cloud</w:t>
      </w:r>
    </w:p>
    <w:p>
      <w:pPr>
        <w:spacing w:after="60" w:line="259" w:lineRule="auto"/>
        <w:ind w:left="198" w:hanging="113"/>
      </w:pPr>
      <w:r>
        <w:rPr>
          <w:rFonts w:ascii="Times New Roman" w:hAnsi="Times New Roman" w:eastAsia="Times New Roman"/>
          <w:b w:val="0"/>
          <w:color w:val="2F6F9F"/>
          <w:sz w:val="22"/>
        </w:rPr>
        <w:t xml:space="preserve">• </w:t>
      </w:r>
      <w:r>
        <w:rPr>
          <w:rFonts w:ascii="Times New Roman" w:hAnsi="Times New Roman" w:eastAsia="Times New Roman"/>
          <w:b w:val="0"/>
          <w:color w:val="263238"/>
          <w:sz w:val="22"/>
        </w:rPr>
        <w:t>Ubuntu serverga SSH orqali ulanish, loyiha joylashtirish va disk/RAM/swap holatini kuzatish bilan shug‘ullanganman.</w:t>
      </w:r>
    </w:p>
    <w:p>
      <w:pPr>
        <w:pStyle w:val="CVSection"/>
        <w:keepNext/>
        <w:pBdr>
          <w:bottom w:val="single" w:sz="8" w:space="2" w:color="2F6F9F"/>
        </w:pBdr>
        <w:spacing w:line="259" w:lineRule="auto" w:before="140" w:after="60"/>
      </w:pPr>
      <w:r>
        <w:rPr>
          <w:rFonts w:ascii="Times New Roman" w:hAnsi="Times New Roman" w:eastAsia="Times New Roman"/>
          <w:b/>
          <w:color w:val="17324D"/>
          <w:sz w:val="27"/>
        </w:rPr>
        <w:t>TEXNIK KO‘NIKMALAR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 w:sz="0" w:color="FFFFFF"/>
          <w:left w:val="nil" w:sz="0" w:color="FFFFFF"/>
          <w:bottom w:val="nil" w:sz="0" w:color="FFFFFF"/>
          <w:right w:val="nil" w:sz="0" w:color="FFFFFF"/>
          <w:insideH w:val="nil" w:sz="0" w:color="FFFFFF"/>
          <w:insideV w:val="nil" w:sz="0" w:color="FFFFFF"/>
        </w:tblBorders>
      </w:tblPr>
      <w:tblGrid>
        <w:gridCol w:w="4762"/>
        <w:gridCol w:w="4762"/>
      </w:tblGrid>
      <w:tr>
        <w:tc>
          <w:tcPr>
            <w:tcW w:type="dxa" w:w="5270"/>
            <w:tcMar>
              <w:top w:w="45" w:type="dxa"/>
              <w:start w:w="30" w:type="dxa"/>
              <w:bottom w:w="45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17324D"/>
                <w:sz w:val="21"/>
              </w:rPr>
              <w:t xml:space="preserve">Dasturlash: </w:t>
            </w:r>
            <w:r>
              <w:rPr>
                <w:rFonts w:ascii="Times New Roman" w:hAnsi="Times New Roman" w:eastAsia="Times New Roman"/>
                <w:b w:val="0"/>
                <w:color w:val="263238"/>
                <w:sz w:val="21"/>
              </w:rPr>
              <w:t>Python — boshlang‘ich/o‘rta; HTML/CSS; SQL</w:t>
            </w:r>
          </w:p>
        </w:tc>
        <w:tc>
          <w:tcPr>
            <w:tcW w:type="dxa" w:w="5270"/>
            <w:tcMar>
              <w:top w:w="45" w:type="dxa"/>
              <w:start w:w="30" w:type="dxa"/>
              <w:bottom w:w="45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17324D"/>
                <w:sz w:val="21"/>
              </w:rPr>
              <w:t xml:space="preserve">Telegram bot: </w:t>
            </w:r>
            <w:r>
              <w:rPr>
                <w:rFonts w:ascii="Times New Roman" w:hAnsi="Times New Roman" w:eastAsia="Times New Roman"/>
                <w:b w:val="0"/>
                <w:color w:val="263238"/>
                <w:sz w:val="21"/>
              </w:rPr>
              <w:t>aiogram 3.x; Telegram Poll/Quiz</w:t>
            </w:r>
          </w:p>
        </w:tc>
      </w:tr>
      <w:tr>
        <w:tc>
          <w:tcPr>
            <w:tcW w:type="dxa" w:w="5270"/>
            <w:tcMar>
              <w:top w:w="45" w:type="dxa"/>
              <w:start w:w="30" w:type="dxa"/>
              <w:bottom w:w="45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17324D"/>
                <w:sz w:val="21"/>
              </w:rPr>
              <w:t xml:space="preserve">Server: </w:t>
            </w:r>
            <w:r>
              <w:rPr>
                <w:rFonts w:ascii="Times New Roman" w:hAnsi="Times New Roman" w:eastAsia="Times New Roman"/>
                <w:b w:val="0"/>
                <w:color w:val="263238"/>
                <w:sz w:val="21"/>
              </w:rPr>
              <w:t>Linux/Ubuntu; SSH; Docker/Docker Compose; Oracle Cloud</w:t>
            </w:r>
          </w:p>
        </w:tc>
        <w:tc>
          <w:tcPr>
            <w:tcW w:type="dxa" w:w="5270"/>
            <w:tcMar>
              <w:top w:w="45" w:type="dxa"/>
              <w:start w:w="30" w:type="dxa"/>
              <w:bottom w:w="45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17324D"/>
                <w:sz w:val="21"/>
              </w:rPr>
              <w:t xml:space="preserve">Vositalar: </w:t>
            </w:r>
            <w:r>
              <w:rPr>
                <w:rFonts w:ascii="Times New Roman" w:hAnsi="Times New Roman" w:eastAsia="Times New Roman"/>
                <w:b w:val="0"/>
                <w:color w:val="263238"/>
                <w:sz w:val="21"/>
              </w:rPr>
              <w:t>Git/GitHub; VS Code; XAMPP; API/JSON</w:t>
            </w:r>
          </w:p>
        </w:tc>
      </w:tr>
      <w:tr>
        <w:tc>
          <w:tcPr>
            <w:tcW w:type="dxa" w:w="5270"/>
            <w:tcMar>
              <w:top w:w="45" w:type="dxa"/>
              <w:start w:w="30" w:type="dxa"/>
              <w:bottom w:w="45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17324D"/>
                <w:sz w:val="21"/>
              </w:rPr>
              <w:t xml:space="preserve">Ofis: </w:t>
            </w:r>
            <w:r>
              <w:rPr>
                <w:rFonts w:ascii="Times New Roman" w:hAnsi="Times New Roman" w:eastAsia="Times New Roman"/>
                <w:b w:val="0"/>
                <w:color w:val="263238"/>
                <w:sz w:val="21"/>
              </w:rPr>
              <w:t>Word; Excel; PowerPoint</w:t>
            </w:r>
          </w:p>
        </w:tc>
        <w:tc>
          <w:tcPr>
            <w:tcW w:type="dxa" w:w="5270"/>
            <w:tcMar>
              <w:top w:w="45" w:type="dxa"/>
              <w:start w:w="30" w:type="dxa"/>
              <w:bottom w:w="45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17324D"/>
                <w:sz w:val="21"/>
              </w:rPr>
              <w:t xml:space="preserve">Windows: </w:t>
            </w:r>
            <w:r>
              <w:rPr>
                <w:rFonts w:ascii="Times New Roman" w:hAnsi="Times New Roman" w:eastAsia="Times New Roman"/>
                <w:b w:val="0"/>
                <w:color w:val="263238"/>
                <w:sz w:val="21"/>
              </w:rPr>
              <w:t>Windows 10/11 o‘rnatish va oddiy sozlash</w:t>
            </w:r>
          </w:p>
        </w:tc>
      </w:tr>
      <w:tr>
        <w:tc>
          <w:tcPr>
            <w:tcW w:type="dxa" w:w="5270"/>
            <w:tcMar>
              <w:top w:w="45" w:type="dxa"/>
              <w:start w:w="30" w:type="dxa"/>
              <w:bottom w:w="45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17324D"/>
                <w:sz w:val="21"/>
              </w:rPr>
              <w:t xml:space="preserve">Kompyuter: </w:t>
            </w:r>
            <w:r>
              <w:rPr>
                <w:rFonts w:ascii="Times New Roman" w:hAnsi="Times New Roman" w:eastAsia="Times New Roman"/>
                <w:b w:val="0"/>
                <w:color w:val="263238"/>
                <w:sz w:val="21"/>
              </w:rPr>
              <w:t>Kompyuter yig‘ish — boshlang‘ich daraja</w:t>
            </w:r>
          </w:p>
        </w:tc>
        <w:tc>
          <w:tcPr>
            <w:tcW w:type="dxa" w:w="5270"/>
            <w:tcMar>
              <w:top w:w="45" w:type="dxa"/>
              <w:start w:w="30" w:type="dxa"/>
              <w:bottom w:w="45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17324D"/>
                <w:sz w:val="21"/>
              </w:rPr>
              <w:t xml:space="preserve">Tillar: </w:t>
            </w:r>
            <w:r>
              <w:rPr>
                <w:rFonts w:ascii="Times New Roman" w:hAnsi="Times New Roman" w:eastAsia="Times New Roman"/>
                <w:b w:val="0"/>
                <w:color w:val="263238"/>
                <w:sz w:val="21"/>
              </w:rPr>
              <w:t>O‘zbek tili — ona tili</w:t>
            </w:r>
          </w:p>
        </w:tc>
      </w:tr>
    </w:tbl>
    <w:p>
      <w:pPr>
        <w:pStyle w:val="CVSection"/>
        <w:keepNext/>
        <w:pBdr>
          <w:bottom w:val="single" w:sz="8" w:space="2" w:color="2F6F9F"/>
        </w:pBdr>
        <w:spacing w:line="259" w:lineRule="auto" w:before="140" w:after="60"/>
      </w:pPr>
      <w:r>
        <w:rPr>
          <w:rFonts w:ascii="Times New Roman" w:hAnsi="Times New Roman" w:eastAsia="Times New Roman"/>
          <w:b/>
          <w:color w:val="17324D"/>
          <w:sz w:val="27"/>
        </w:rPr>
        <w:t>QIZIQTIRADIGAN LAVOZIMLAR</w:t>
      </w:r>
    </w:p>
    <w:p>
      <w:pPr>
        <w:spacing w:after="60" w:line="259" w:lineRule="auto"/>
      </w:pPr>
      <w:r>
        <w:rPr>
          <w:rFonts w:ascii="Times New Roman" w:hAnsi="Times New Roman" w:eastAsia="Times New Roman"/>
          <w:b w:val="0"/>
          <w:color w:val="263238"/>
          <w:sz w:val="22"/>
        </w:rPr>
        <w:t>Junior Python / Telegram Bot Developer, IT Support, Help Desk, Junior Web/Backend, stajyor yoki boshlang‘ich IT lavozimlari.</w:t>
      </w:r>
    </w:p>
    <w:sectPr w:rsidR="00FC693F" w:rsidRPr="0006063C" w:rsidSect="00034616">
      <w:footerReference w:type="default" r:id="rId10"/>
      <w:pgSz w:w="11906" w:h="16838"/>
      <w:pgMar w:top="652" w:right="765" w:bottom="652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color w:val="8A939A"/>
        <w:sz w:val="17"/>
      </w:rPr>
      <w:t>Hayitmurod Mamatov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2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Section">
    <w:name w:val="CV Section"/>
    <w:pPr>
      <w:spacing w:before="120" w:after="60"/>
    </w:pPr>
    <w:rPr>
      <w:rFonts w:ascii="Calibri" w:hAnsi="Calibri"/>
      <w:b/>
      <w:color w:val="17324D"/>
      <w:sz w:val="23"/>
    </w:rPr>
  </w:style>
  <w:style w:type="paragraph" w:customStyle="1" w:styleId="CVName">
    <w:name w:val="CV Name"/>
    <w:pPr>
      <w:spacing w:before="0" w:after="20"/>
    </w:pPr>
    <w:rPr>
      <w:rFonts w:ascii="Calibri" w:hAnsi="Calibri"/>
      <w:b/>
      <w:color w:val="17324D"/>
      <w:sz w:val="40"/>
    </w:rPr>
  </w:style>
  <w:style w:type="paragraph" w:customStyle="1" w:styleId="CVRole">
    <w:name w:val="CV Role"/>
    <w:pPr>
      <w:spacing w:before="0" w:after="60"/>
    </w:pPr>
    <w:rPr>
      <w:rFonts w:ascii="Calibri" w:hAnsi="Calibri"/>
      <w:b w:val="0"/>
      <w:color w:val="55616C"/>
      <w:sz w:val="21"/>
    </w:rPr>
  </w:style>
  <w:style w:type="paragraph" w:customStyle="1" w:styleId="CVSmall">
    <w:name w:val="CV Small"/>
    <w:pPr>
      <w:spacing w:before="0" w:after="0"/>
    </w:pPr>
    <w:rPr>
      <w:rFonts w:ascii="Calibri" w:hAnsi="Calibri"/>
      <w:b w:val="0"/>
      <w:color w:val="46515A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Hayitmurod Mamatov - Rezyume</dc:title>
  <dc:subject>IT sohasiga mo‘ljallangan sodda va tahrirlashga qulay rezyume</dc:subject>
  <dc:creator>Hayitmurod Mamatov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